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A7218" w14:textId="10F82241" w:rsidR="001C786A" w:rsidRDefault="001C786A">
      <w:pPr>
        <w:pStyle w:val="Title"/>
      </w:pPr>
    </w:p>
    <w:p w14:paraId="68025882" w14:textId="0E166D44" w:rsidR="000A6002" w:rsidRDefault="00685647">
      <w:pPr>
        <w:pStyle w:val="Title"/>
      </w:pPr>
      <w:r>
        <w:t>CALL FOR VENDORS</w:t>
      </w:r>
    </w:p>
    <w:p w14:paraId="3876A025" w14:textId="77777777" w:rsidR="004366F4" w:rsidRPr="004366F4" w:rsidRDefault="004366F4" w:rsidP="004366F4">
      <w:pPr>
        <w:rPr>
          <w:lang w:val="en-GH"/>
        </w:rPr>
      </w:pPr>
      <w:r w:rsidRPr="004366F4">
        <w:rPr>
          <w:b/>
          <w:bCs/>
          <w:lang w:val="en-GH"/>
        </w:rPr>
        <w:t>CALL FOR VENDORS</w:t>
      </w:r>
    </w:p>
    <w:p w14:paraId="39EA6D9B" w14:textId="77777777" w:rsidR="004366F4" w:rsidRPr="004366F4" w:rsidRDefault="004366F4" w:rsidP="004366F4">
      <w:pPr>
        <w:rPr>
          <w:lang w:val="en-GH"/>
        </w:rPr>
      </w:pPr>
      <w:r w:rsidRPr="004366F4">
        <w:rPr>
          <w:b/>
          <w:bCs/>
          <w:lang w:val="en-GH"/>
        </w:rPr>
        <w:t>Ghana Civil Society Forum</w:t>
      </w:r>
      <w:r w:rsidRPr="004366F4">
        <w:rPr>
          <w:lang w:val="en-GH"/>
        </w:rPr>
        <w:br/>
      </w:r>
      <w:r w:rsidRPr="004366F4">
        <w:rPr>
          <w:b/>
          <w:bCs/>
          <w:lang w:val="en-GH"/>
        </w:rPr>
        <w:t>Date of Event:</w:t>
      </w:r>
      <w:r w:rsidRPr="004366F4">
        <w:rPr>
          <w:lang w:val="en-GH"/>
        </w:rPr>
        <w:t xml:space="preserve"> 25th–26th June 2025</w:t>
      </w:r>
      <w:r w:rsidRPr="004366F4">
        <w:rPr>
          <w:lang w:val="en-GH"/>
        </w:rPr>
        <w:br/>
      </w:r>
      <w:r w:rsidRPr="004366F4">
        <w:rPr>
          <w:b/>
          <w:bCs/>
          <w:lang w:val="en-GH"/>
        </w:rPr>
        <w:t>Location:</w:t>
      </w:r>
      <w:r w:rsidRPr="004366F4">
        <w:rPr>
          <w:lang w:val="en-GH"/>
        </w:rPr>
        <w:t xml:space="preserve"> Accra – GNAT HALL</w:t>
      </w:r>
      <w:r w:rsidRPr="004366F4">
        <w:rPr>
          <w:lang w:val="en-GH"/>
        </w:rPr>
        <w:br/>
      </w:r>
      <w:r w:rsidRPr="004366F4">
        <w:rPr>
          <w:b/>
          <w:bCs/>
          <w:lang w:val="en-GH"/>
        </w:rPr>
        <w:t>Estimated numbers:</w:t>
      </w:r>
      <w:r w:rsidRPr="004366F4">
        <w:rPr>
          <w:lang w:val="en-GH"/>
        </w:rPr>
        <w:t xml:space="preserve"> 500 pax</w:t>
      </w:r>
    </w:p>
    <w:p w14:paraId="717B95B1" w14:textId="77777777" w:rsidR="004366F4" w:rsidRPr="004366F4" w:rsidRDefault="004366F4" w:rsidP="004366F4">
      <w:pPr>
        <w:rPr>
          <w:lang w:val="en-GH"/>
        </w:rPr>
      </w:pPr>
      <w:r w:rsidRPr="004366F4">
        <w:rPr>
          <w:lang w:val="en-GH"/>
        </w:rPr>
        <w:t xml:space="preserve">STAR-Ghana Foundation invites eligible </w:t>
      </w:r>
      <w:r w:rsidRPr="004366F4">
        <w:rPr>
          <w:b/>
          <w:bCs/>
          <w:lang w:val="en-GH"/>
        </w:rPr>
        <w:t>food &amp; beverage service providers</w:t>
      </w:r>
      <w:r w:rsidRPr="004366F4">
        <w:rPr>
          <w:lang w:val="en-GH"/>
        </w:rPr>
        <w:t xml:space="preserve"> to submit proposals for the provision of </w:t>
      </w:r>
      <w:r w:rsidRPr="004366F4">
        <w:rPr>
          <w:b/>
          <w:bCs/>
          <w:lang w:val="en-GH"/>
        </w:rPr>
        <w:t>snacks, lunch and drinks</w:t>
      </w:r>
      <w:r w:rsidRPr="004366F4">
        <w:rPr>
          <w:lang w:val="en-GH"/>
        </w:rPr>
        <w:t xml:space="preserve"> (non-alcoholic) for 500 participants at the Ghana Civil Society Forum scheduled for 25th–26th June 2025 in Accra. </w:t>
      </w:r>
    </w:p>
    <w:p w14:paraId="2D2AA4F5" w14:textId="77777777" w:rsidR="004366F4" w:rsidRPr="004366F4" w:rsidRDefault="00D8294A" w:rsidP="004366F4">
      <w:pPr>
        <w:rPr>
          <w:lang w:val="en-GH"/>
        </w:rPr>
      </w:pPr>
      <w:r>
        <w:rPr>
          <w:lang w:val="en-GH"/>
        </w:rPr>
        <w:pict w14:anchorId="3B45424D">
          <v:rect id="_x0000_i1025" style="width:0;height:1.5pt" o:hralign="center" o:hrstd="t" o:hr="t" fillcolor="#a0a0a0" stroked="f"/>
        </w:pict>
      </w:r>
    </w:p>
    <w:p w14:paraId="58071602" w14:textId="77777777" w:rsidR="004366F4" w:rsidRPr="004366F4" w:rsidRDefault="004366F4" w:rsidP="004366F4">
      <w:pPr>
        <w:rPr>
          <w:b/>
          <w:bCs/>
          <w:lang w:val="en-GH"/>
        </w:rPr>
      </w:pPr>
      <w:r w:rsidRPr="004366F4">
        <w:rPr>
          <w:b/>
          <w:bCs/>
          <w:lang w:val="en-GH"/>
        </w:rPr>
        <w:t>Services Required</w:t>
      </w:r>
    </w:p>
    <w:p w14:paraId="22E41DC0" w14:textId="77777777" w:rsidR="004366F4" w:rsidRPr="004366F4" w:rsidRDefault="004366F4" w:rsidP="004366F4">
      <w:pPr>
        <w:numPr>
          <w:ilvl w:val="0"/>
          <w:numId w:val="10"/>
        </w:numPr>
        <w:rPr>
          <w:lang w:val="en-GH"/>
        </w:rPr>
      </w:pPr>
      <w:r w:rsidRPr="004366F4">
        <w:rPr>
          <w:b/>
          <w:bCs/>
          <w:lang w:val="en-GH"/>
        </w:rPr>
        <w:t>Snacks</w:t>
      </w:r>
      <w:r w:rsidRPr="004366F4">
        <w:rPr>
          <w:lang w:val="en-GH"/>
        </w:rPr>
        <w:t xml:space="preserve"> for morning and afternoon breaks (light bites, pastries, fruit platters, etc.) for 500 pax</w:t>
      </w:r>
    </w:p>
    <w:p w14:paraId="24560C1E" w14:textId="77777777" w:rsidR="004366F4" w:rsidRPr="004366F4" w:rsidRDefault="004366F4" w:rsidP="004366F4">
      <w:pPr>
        <w:numPr>
          <w:ilvl w:val="0"/>
          <w:numId w:val="10"/>
        </w:numPr>
        <w:rPr>
          <w:lang w:val="en-GH"/>
        </w:rPr>
      </w:pPr>
      <w:r w:rsidRPr="004366F4">
        <w:rPr>
          <w:b/>
          <w:bCs/>
          <w:lang w:val="en-GH"/>
        </w:rPr>
        <w:t>Lunch</w:t>
      </w:r>
      <w:r w:rsidRPr="004366F4">
        <w:rPr>
          <w:lang w:val="en-GH"/>
        </w:rPr>
        <w:t xml:space="preserve"> (buffet or plated service) with at least two menu options for 500 pax</w:t>
      </w:r>
    </w:p>
    <w:p w14:paraId="141BABAD" w14:textId="77777777" w:rsidR="004366F4" w:rsidRPr="004366F4" w:rsidRDefault="004366F4" w:rsidP="004366F4">
      <w:pPr>
        <w:numPr>
          <w:ilvl w:val="0"/>
          <w:numId w:val="10"/>
        </w:numPr>
        <w:rPr>
          <w:lang w:val="en-GH"/>
        </w:rPr>
      </w:pPr>
      <w:r w:rsidRPr="004366F4">
        <w:rPr>
          <w:b/>
          <w:bCs/>
          <w:lang w:val="en-GH"/>
        </w:rPr>
        <w:t>Drinks</w:t>
      </w:r>
      <w:r w:rsidRPr="004366F4">
        <w:rPr>
          <w:lang w:val="en-GH"/>
        </w:rPr>
        <w:t xml:space="preserve"> (bottled water, juices, soft drinks, tea/coffee) for 500 pax</w:t>
      </w:r>
    </w:p>
    <w:p w14:paraId="0495B7FC" w14:textId="77777777" w:rsidR="004366F4" w:rsidRPr="004366F4" w:rsidRDefault="004366F4" w:rsidP="004366F4">
      <w:pPr>
        <w:numPr>
          <w:ilvl w:val="0"/>
          <w:numId w:val="10"/>
        </w:numPr>
        <w:rPr>
          <w:lang w:val="en-GH"/>
        </w:rPr>
      </w:pPr>
      <w:r w:rsidRPr="004366F4">
        <w:rPr>
          <w:b/>
          <w:bCs/>
          <w:lang w:val="en-GH"/>
        </w:rPr>
        <w:t>Delivery, setup, service personnel</w:t>
      </w:r>
      <w:r w:rsidRPr="004366F4">
        <w:rPr>
          <w:lang w:val="en-GH"/>
        </w:rPr>
        <w:t xml:space="preserve"> and cleanup</w:t>
      </w:r>
    </w:p>
    <w:p w14:paraId="7EBFF17F" w14:textId="77777777" w:rsidR="004366F4" w:rsidRPr="004366F4" w:rsidRDefault="004366F4" w:rsidP="004366F4">
      <w:pPr>
        <w:numPr>
          <w:ilvl w:val="0"/>
          <w:numId w:val="10"/>
        </w:numPr>
        <w:rPr>
          <w:lang w:val="en-GH"/>
        </w:rPr>
      </w:pPr>
      <w:r w:rsidRPr="004366F4">
        <w:rPr>
          <w:b/>
          <w:bCs/>
          <w:lang w:val="en-GH"/>
        </w:rPr>
        <w:t>Disposable or reusable serving ware</w:t>
      </w:r>
      <w:r w:rsidRPr="004366F4">
        <w:rPr>
          <w:lang w:val="en-GH"/>
        </w:rPr>
        <w:t xml:space="preserve"> (plates, cutlery, napkins, cups)</w:t>
      </w:r>
    </w:p>
    <w:p w14:paraId="24A082C2" w14:textId="77777777" w:rsidR="004366F4" w:rsidRPr="004366F4" w:rsidRDefault="00D8294A" w:rsidP="004366F4">
      <w:pPr>
        <w:rPr>
          <w:lang w:val="en-GH"/>
        </w:rPr>
      </w:pPr>
      <w:r>
        <w:rPr>
          <w:lang w:val="en-GH"/>
        </w:rPr>
        <w:pict w14:anchorId="6B0D50EC">
          <v:rect id="_x0000_i1026" style="width:0;height:1.5pt" o:hralign="center" o:hrstd="t" o:hr="t" fillcolor="#a0a0a0" stroked="f"/>
        </w:pict>
      </w:r>
    </w:p>
    <w:p w14:paraId="3CC51C6D" w14:textId="77777777" w:rsidR="004366F4" w:rsidRPr="004366F4" w:rsidRDefault="004366F4" w:rsidP="004366F4">
      <w:pPr>
        <w:rPr>
          <w:b/>
          <w:bCs/>
          <w:lang w:val="en-GH"/>
        </w:rPr>
      </w:pPr>
      <w:r w:rsidRPr="004366F4">
        <w:rPr>
          <w:b/>
          <w:bCs/>
          <w:lang w:val="en-GH"/>
        </w:rPr>
        <w:t>Submission Guidelines</w:t>
      </w:r>
    </w:p>
    <w:p w14:paraId="70E0542A" w14:textId="77777777" w:rsidR="004366F4" w:rsidRPr="004366F4" w:rsidRDefault="004366F4" w:rsidP="004366F4">
      <w:pPr>
        <w:rPr>
          <w:lang w:val="en-GH"/>
        </w:rPr>
      </w:pPr>
      <w:r w:rsidRPr="004366F4">
        <w:rPr>
          <w:lang w:val="en-GH"/>
        </w:rPr>
        <w:t>Interested vendors should submit:</w:t>
      </w:r>
    </w:p>
    <w:p w14:paraId="6909D5E7" w14:textId="77777777" w:rsidR="004366F4" w:rsidRPr="004366F4" w:rsidRDefault="004366F4" w:rsidP="004366F4">
      <w:pPr>
        <w:numPr>
          <w:ilvl w:val="0"/>
          <w:numId w:val="11"/>
        </w:numPr>
        <w:rPr>
          <w:lang w:val="en-GH"/>
        </w:rPr>
      </w:pPr>
      <w:r w:rsidRPr="004366F4">
        <w:rPr>
          <w:lang w:val="en-GH"/>
        </w:rPr>
        <w:t>A brief company profile</w:t>
      </w:r>
    </w:p>
    <w:p w14:paraId="395FE87E" w14:textId="77777777" w:rsidR="004366F4" w:rsidRPr="004366F4" w:rsidRDefault="004366F4" w:rsidP="004366F4">
      <w:pPr>
        <w:numPr>
          <w:ilvl w:val="0"/>
          <w:numId w:val="11"/>
        </w:numPr>
        <w:rPr>
          <w:lang w:val="en-GH"/>
        </w:rPr>
      </w:pPr>
      <w:r w:rsidRPr="004366F4">
        <w:rPr>
          <w:lang w:val="en-GH"/>
        </w:rPr>
        <w:t xml:space="preserve">Sample menu proposals (with descriptions) and pricing </w:t>
      </w:r>
      <w:r w:rsidRPr="004366F4">
        <w:rPr>
          <w:b/>
          <w:bCs/>
          <w:lang w:val="en-GH"/>
        </w:rPr>
        <w:t>per person</w:t>
      </w:r>
    </w:p>
    <w:p w14:paraId="2F6700FE" w14:textId="77777777" w:rsidR="004366F4" w:rsidRPr="004366F4" w:rsidRDefault="004366F4" w:rsidP="004366F4">
      <w:pPr>
        <w:numPr>
          <w:ilvl w:val="0"/>
          <w:numId w:val="11"/>
        </w:numPr>
        <w:rPr>
          <w:lang w:val="en-GH"/>
        </w:rPr>
      </w:pPr>
      <w:r w:rsidRPr="004366F4">
        <w:rPr>
          <w:lang w:val="en-GH"/>
        </w:rPr>
        <w:t>Evidence of similar work completed (portfolio or references)</w:t>
      </w:r>
    </w:p>
    <w:p w14:paraId="1D9DD43C" w14:textId="77777777" w:rsidR="004366F4" w:rsidRPr="004366F4" w:rsidRDefault="004366F4" w:rsidP="004366F4">
      <w:pPr>
        <w:numPr>
          <w:ilvl w:val="0"/>
          <w:numId w:val="11"/>
        </w:numPr>
        <w:rPr>
          <w:lang w:val="en-GH"/>
        </w:rPr>
      </w:pPr>
      <w:r w:rsidRPr="004366F4">
        <w:rPr>
          <w:lang w:val="en-GH"/>
        </w:rPr>
        <w:t>Valid business registration and tax clearance certificate</w:t>
      </w:r>
    </w:p>
    <w:p w14:paraId="4AE3D1F8" w14:textId="77777777" w:rsidR="004366F4" w:rsidRPr="004366F4" w:rsidRDefault="004366F4" w:rsidP="004366F4">
      <w:pPr>
        <w:numPr>
          <w:ilvl w:val="0"/>
          <w:numId w:val="11"/>
        </w:numPr>
        <w:rPr>
          <w:lang w:val="en-GH"/>
        </w:rPr>
      </w:pPr>
      <w:r w:rsidRPr="004366F4">
        <w:rPr>
          <w:lang w:val="en-GH"/>
        </w:rPr>
        <w:t>Detailed cost breakdown for snacks, lunch and drinks (inclusive of all fees)</w:t>
      </w:r>
    </w:p>
    <w:p w14:paraId="20FAFE92" w14:textId="77777777" w:rsidR="004366F4" w:rsidRPr="004366F4" w:rsidRDefault="004366F4" w:rsidP="004366F4">
      <w:pPr>
        <w:numPr>
          <w:ilvl w:val="0"/>
          <w:numId w:val="11"/>
        </w:numPr>
        <w:rPr>
          <w:lang w:val="en-GH"/>
        </w:rPr>
      </w:pPr>
      <w:r w:rsidRPr="004366F4">
        <w:rPr>
          <w:lang w:val="en-GH"/>
        </w:rPr>
        <w:lastRenderedPageBreak/>
        <w:t>Contact details (email, phone)</w:t>
      </w:r>
    </w:p>
    <w:p w14:paraId="5804FAF5" w14:textId="77777777" w:rsidR="004366F4" w:rsidRPr="004366F4" w:rsidRDefault="004366F4" w:rsidP="004366F4">
      <w:pPr>
        <w:rPr>
          <w:lang w:val="en-GH"/>
        </w:rPr>
      </w:pPr>
      <w:r w:rsidRPr="004366F4">
        <w:rPr>
          <w:b/>
          <w:bCs/>
          <w:lang w:val="en-GH"/>
        </w:rPr>
        <w:t>Submit proposals to:</w:t>
      </w:r>
      <w:r w:rsidRPr="004366F4">
        <w:rPr>
          <w:lang w:val="en-GH"/>
        </w:rPr>
        <w:t xml:space="preserve"> applications@star-ghana.org</w:t>
      </w:r>
    </w:p>
    <w:p w14:paraId="521C73A0" w14:textId="77777777" w:rsidR="004366F4" w:rsidRPr="004366F4" w:rsidRDefault="004366F4" w:rsidP="004366F4">
      <w:pPr>
        <w:rPr>
          <w:lang w:val="en-GH"/>
        </w:rPr>
      </w:pPr>
      <w:r w:rsidRPr="004366F4">
        <w:rPr>
          <w:b/>
          <w:bCs/>
          <w:lang w:val="en-GH"/>
        </w:rPr>
        <w:t>Deadline for submission:</w:t>
      </w:r>
      <w:r w:rsidRPr="004366F4">
        <w:rPr>
          <w:lang w:val="en-GH"/>
        </w:rPr>
        <w:t xml:space="preserve"> Saturday, </w:t>
      </w:r>
      <w:r w:rsidRPr="004366F4">
        <w:rPr>
          <w:b/>
          <w:bCs/>
          <w:lang w:val="en-GH"/>
        </w:rPr>
        <w:t>31st May 2025</w:t>
      </w:r>
    </w:p>
    <w:p w14:paraId="288CAD2C" w14:textId="77777777" w:rsidR="004366F4" w:rsidRPr="004366F4" w:rsidRDefault="00D8294A" w:rsidP="004366F4">
      <w:pPr>
        <w:rPr>
          <w:lang w:val="en-GH"/>
        </w:rPr>
      </w:pPr>
      <w:r>
        <w:rPr>
          <w:lang w:val="en-GH"/>
        </w:rPr>
        <w:pict w14:anchorId="78E65C7A">
          <v:rect id="_x0000_i1027" style="width:0;height:1.5pt" o:hralign="center" o:hrstd="t" o:hr="t" fillcolor="#a0a0a0" stroked="f"/>
        </w:pict>
      </w:r>
    </w:p>
    <w:p w14:paraId="37DC47FA" w14:textId="77777777" w:rsidR="004366F4" w:rsidRPr="004366F4" w:rsidRDefault="004366F4" w:rsidP="004366F4">
      <w:pPr>
        <w:rPr>
          <w:lang w:val="en-GH"/>
        </w:rPr>
      </w:pPr>
      <w:r w:rsidRPr="004366F4">
        <w:rPr>
          <w:lang w:val="en-GH"/>
        </w:rPr>
        <w:t>For further inquiries, please contact the Procurement Officer at JAdjei@star-ghana.org</w:t>
      </w:r>
    </w:p>
    <w:p w14:paraId="18C2173E" w14:textId="77777777" w:rsidR="004366F4" w:rsidRPr="004366F4" w:rsidRDefault="004366F4" w:rsidP="004366F4">
      <w:pPr>
        <w:rPr>
          <w:lang w:val="en-GH"/>
        </w:rPr>
      </w:pPr>
      <w:r w:rsidRPr="004366F4">
        <w:rPr>
          <w:lang w:val="en-GH"/>
        </w:rPr>
        <w:t>STAR-Ghana Foundation</w:t>
      </w:r>
      <w:r w:rsidRPr="004366F4">
        <w:rPr>
          <w:lang w:val="en-GH"/>
        </w:rPr>
        <w:br/>
        <w:t>Mobilizing Active Citizenship for Inclusive and Accountable Governance</w:t>
      </w:r>
    </w:p>
    <w:p w14:paraId="443C82B6" w14:textId="728D8C1E" w:rsidR="000A6002" w:rsidRDefault="000A6002" w:rsidP="004366F4"/>
    <w:sectPr w:rsidR="000A6002" w:rsidSect="00034616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78D0FA" w14:textId="77777777" w:rsidR="005C5D4C" w:rsidRDefault="005C5D4C" w:rsidP="005C5D4C">
      <w:pPr>
        <w:spacing w:after="0" w:line="240" w:lineRule="auto"/>
      </w:pPr>
      <w:r>
        <w:separator/>
      </w:r>
    </w:p>
  </w:endnote>
  <w:endnote w:type="continuationSeparator" w:id="0">
    <w:p w14:paraId="0477E3A4" w14:textId="77777777" w:rsidR="005C5D4C" w:rsidRDefault="005C5D4C" w:rsidP="005C5D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27AAE7" w14:textId="77777777" w:rsidR="005C5D4C" w:rsidRDefault="005C5D4C" w:rsidP="005C5D4C">
      <w:pPr>
        <w:spacing w:after="0" w:line="240" w:lineRule="auto"/>
      </w:pPr>
      <w:r>
        <w:separator/>
      </w:r>
    </w:p>
  </w:footnote>
  <w:footnote w:type="continuationSeparator" w:id="0">
    <w:p w14:paraId="6BE419FE" w14:textId="77777777" w:rsidR="005C5D4C" w:rsidRDefault="005C5D4C" w:rsidP="005C5D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E9693" w14:textId="06754EF0" w:rsidR="005C5D4C" w:rsidRDefault="00D8294A">
    <w:pPr>
      <w:pStyle w:val="Header"/>
    </w:pPr>
    <w:r>
      <w:t xml:space="preserve">                      </w:t>
    </w:r>
    <w:r>
      <w:rPr>
        <w:noProof/>
      </w:rPr>
      <w:t xml:space="preserve">                   </w:t>
    </w:r>
    <w:r>
      <w:rPr>
        <w:noProof/>
      </w:rPr>
      <w:drawing>
        <wp:inline distT="0" distB="0" distL="0" distR="0" wp14:anchorId="3740A759" wp14:editId="24906246">
          <wp:extent cx="2541886" cy="680968"/>
          <wp:effectExtent l="0" t="0" r="0" b="5080"/>
          <wp:docPr id="183206110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1890" cy="6890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2934160"/>
    <w:multiLevelType w:val="multilevel"/>
    <w:tmpl w:val="5DB0A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DC76F0C"/>
    <w:multiLevelType w:val="multilevel"/>
    <w:tmpl w:val="D2A82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83333286">
    <w:abstractNumId w:val="8"/>
  </w:num>
  <w:num w:numId="2" w16cid:durableId="1722972024">
    <w:abstractNumId w:val="6"/>
  </w:num>
  <w:num w:numId="3" w16cid:durableId="1228880271">
    <w:abstractNumId w:val="5"/>
  </w:num>
  <w:num w:numId="4" w16cid:durableId="336734874">
    <w:abstractNumId w:val="4"/>
  </w:num>
  <w:num w:numId="5" w16cid:durableId="286205790">
    <w:abstractNumId w:val="7"/>
  </w:num>
  <w:num w:numId="6" w16cid:durableId="869954437">
    <w:abstractNumId w:val="3"/>
  </w:num>
  <w:num w:numId="7" w16cid:durableId="762841070">
    <w:abstractNumId w:val="2"/>
  </w:num>
  <w:num w:numId="8" w16cid:durableId="203911337">
    <w:abstractNumId w:val="1"/>
  </w:num>
  <w:num w:numId="9" w16cid:durableId="1355376736">
    <w:abstractNumId w:val="0"/>
  </w:num>
  <w:num w:numId="10" w16cid:durableId="1799882954">
    <w:abstractNumId w:val="9"/>
  </w:num>
  <w:num w:numId="11" w16cid:durableId="2553327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639B"/>
    <w:rsid w:val="00034616"/>
    <w:rsid w:val="0006063C"/>
    <w:rsid w:val="000A6002"/>
    <w:rsid w:val="0015074B"/>
    <w:rsid w:val="001C786A"/>
    <w:rsid w:val="00202F56"/>
    <w:rsid w:val="0029639D"/>
    <w:rsid w:val="002B75CA"/>
    <w:rsid w:val="00326F90"/>
    <w:rsid w:val="004366F4"/>
    <w:rsid w:val="005C5D4C"/>
    <w:rsid w:val="00685647"/>
    <w:rsid w:val="006E2B56"/>
    <w:rsid w:val="00767456"/>
    <w:rsid w:val="00954F27"/>
    <w:rsid w:val="009A1484"/>
    <w:rsid w:val="00A03C73"/>
    <w:rsid w:val="00A71053"/>
    <w:rsid w:val="00AA1D8D"/>
    <w:rsid w:val="00B47730"/>
    <w:rsid w:val="00B71DA6"/>
    <w:rsid w:val="00CB0664"/>
    <w:rsid w:val="00D8294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9"/>
    <o:shapelayout v:ext="edit">
      <o:idmap v:ext="edit" data="1"/>
    </o:shapelayout>
  </w:shapeDefaults>
  <w:decimalSymbol w:val="."/>
  <w:listSeparator w:val=","/>
  <w14:docId w14:val="24062061"/>
  <w14:defaultImageDpi w14:val="300"/>
  <w15:docId w15:val="{42FA62DC-7F2B-4D2C-9D72-51480657D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40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214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Papisdaff Abdullah Ali</cp:lastModifiedBy>
  <cp:revision>5</cp:revision>
  <dcterms:created xsi:type="dcterms:W3CDTF">2025-05-19T16:49:00Z</dcterms:created>
  <dcterms:modified xsi:type="dcterms:W3CDTF">2025-05-19T16:52:00Z</dcterms:modified>
  <cp:category/>
</cp:coreProperties>
</file>